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🧒 יום זכויות הילד – כל הזכויות שלי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צורך או רצון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להבחין בין צורך לרצון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לקשר בין צרכים בסיסיים לזכויות הילד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מיון וסיווג של פריטים מהחיים היומיומיים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צורך או רצון?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צורך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רצון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צורך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ד – רצון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צורך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שינה נחוצה לגדילה ולבריאות, לכן היא צורך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חופשה נחמדה אבל אפשר לחיות גם בלעדיה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זוהי זכות יסוד של כל ילד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זהו דבר נחמד אך אפשר בלעדיו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תמיכה של מבוגר חשובה להתפתחות ולביטחון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התאימו פריט לקבוצה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ו (צורך)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(רצון)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(רצון)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(צורך)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ג (צורך)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 – ב (רצון)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צורך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רצון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טיפול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מספיקה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כתיבה ומחשבה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שלוש דוגמאות נכונות לכל קטגוריה, מנומקות וברורות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התלמיד מסביר שצרכים הם הכרחיים לחיים ולגדילה ולכן מגיעים לכל ילד, בעוד רצונות הם תוספת נחמדה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הבדל ברור בין הכרחי לנחמד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דוגמה מדויקת לכל קטגוריה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קישור בין צרכים בסיסיים לזכויות וביטחון הילד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בדיון קצר על דוגמאות מהכיתה או מהבית לפני מילוי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להדגיש שאין 'נכון ולא נכון' מוחלט בכל מקרה, אלא הבנה של העיקרון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לסיים בשיחה על כך שלכל ילד בעולם מגיעים הצרכים הבסיסיים שלו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🧒 יום זכויות הילד – כל הזכויות שלי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צורך או רצון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לכל ילד מגיעים דברים חשובים כדי לחיות טוב. בדף הזה נלמד מה זה צורך ומה זה רצון.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צורך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דבר שאי אפשר בלעדיו כדי לחיות ולגדול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רצון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דבר נחמד שאפשר גם בלעדיו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זכות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דבר שמגיע לכל ילד וילדה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חיסון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טיפול רפואי ששומר על הבריאות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מבוגר אכפתי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אדם בוגר שאפשר לפנות אליו כשצריך עזרה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מותג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שם מסחרי מוכר של מוצר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מנוי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תשלום קבוע כדי לקבל שירות או מוצר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צורך או רצון?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בגדים חמים בחורף זה...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רצון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צורך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גם צורך וגם רצון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לא שייך לנושא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טלפון חדיש זה...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צורך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רצון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גם צורך וגם רצון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לא שייך לנושא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ללכת לרופא כשצריך זה...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רצון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לא שייך לנושא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צורך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גם צורך וגם רצון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לאכול עוגה כל יום זה...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גם צורך וגם רצון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צורך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לא שייך לנושא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רצון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מים נקיים זה...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צורך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רצון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גם צורך וגם רצון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לא שייך לנושא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שינה מספיקה היא רצון ולא צורך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חופשה במלון היא דוגמה לרצון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כל הילדים בעולם זכאים לצרכים הבסיסיים שלהם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קורקינט חשמלי הוא צורך בסיסי לכל ילד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מבוגר אכפתי שאפשר לפנות אליו הוא צורך חשוב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התאימו פריט לקבוצה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בית ספר וספרים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צורך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מנוי לערוץ סרטים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רצון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בגדים של מותג יוקרה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צורך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שינה מספיקה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רצון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מבוגר אכפתי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רצון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6. קורקינט חשמלי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ו. צורך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דבר שאי אפשר בלעדיו כדי לחיות ולגדול נקרא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דבר נחמד שאפשר גם בלעדיו נקרא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__________ נקיים לשתייה הם צורך בסיסי של כל ילד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כל ילד זכאי לקבל __________ רפואי כשהוא חולה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שינה __________ חשובה לגדילה ולבריאות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כתיבה ומחשבה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שלוש דוגמאות לצרכים ושלוש דוגמאות לרצונות מהחיים שלכם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הסבירו במילים שלכם למה חשוב להבדיל בין צורך לרצון כשחושבים על זכויות ילדים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מהו ההבדל בין צורך לרצון?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אחת לצורך ואחת לרצון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למה חשוב שלכל ילד יהיו הצרכים הבסיסיים שלו?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צורך או רצון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